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Java Backend Interview Q&amp;A</w:t>
      </w:r>
    </w:p>
    <w:p>
      <w:pPr>
        <w:pStyle w:val="Heading1"/>
      </w:pPr>
      <w:r>
        <w:t>1. Your API works perfectly locally but becomes slow only in production. What would you check first?</w:t>
      </w:r>
    </w:p>
    <w:p>
      <w:r>
        <w:t>First check environment differences: network latency, DB connection pool size, JVM GC, external service latency, thread pool saturation, logging level.</w:t>
        <w:br/>
        <w:t>Example: Use Actuator metrics to compare latency.</w:t>
        <w:br/>
        <w:t>```java</w:t>
        <w:br/>
        <w:t>@RestController</w:t>
        <w:br/>
        <w:t>public class HealthController {</w:t>
        <w:br/>
        <w:t xml:space="preserve">    @GetMapping("/metrics")</w:t>
        <w:br/>
        <w:t xml:space="preserve">    public ResponseEntity&lt;Map&lt;String, Object&gt;&gt; metrics() {</w:t>
        <w:br/>
        <w:t xml:space="preserve">        Map&lt;String, Object&gt; m = new HashMap&lt;&gt;();</w:t>
        <w:br/>
        <w:t xml:space="preserve">        m.put("timestamp", Instant.now());</w:t>
        <w:br/>
        <w:t xml:space="preserve">        m.put("activeThreads", Thread.activeCount());</w:t>
        <w:br/>
        <w:t xml:space="preserve">        return ResponseEntity.ok(m);</w:t>
        <w:br/>
        <w:t xml:space="preserve">    }</w:t>
        <w:br/>
        <w:t>}</w:t>
        <w:br/>
        <w:t>```</w:t>
      </w:r>
    </w:p>
    <w:p>
      <w:pPr>
        <w:pStyle w:val="Heading1"/>
      </w:pPr>
      <w:r>
        <w:t>2. Kafka consumers are running normally, but message lag keeps increasing. Why can this happen?</w:t>
      </w:r>
    </w:p>
    <w:p>
      <w:r>
        <w:t>Common causes: consumer processing slower than producer rate, single partition bottleneck, consumer rebalance, GC pauses.</w:t>
        <w:br/>
        <w:t>Example: Consumer with proper commit.</w:t>
        <w:br/>
        <w:t>```java</w:t>
        <w:br/>
        <w:t>@KafkaListener(topics = "orders", groupId = "order-group")</w:t>
        <w:br/>
        <w:t>public void consume(String message) {</w:t>
        <w:br/>
        <w:t xml:space="preserve">    try {</w:t>
        <w:br/>
        <w:t xml:space="preserve">        process(message); // time-consuming</w:t>
        <w:br/>
        <w:t xml:space="preserve">        ack.acknowledge(); // manual commit</w:t>
        <w:br/>
        <w:t xml:space="preserve">    } catch (Exception e) {</w:t>
        <w:br/>
        <w:t xml:space="preserve">        // handle and send to DLQ</w:t>
        <w:br/>
        <w:t xml:space="preserve">    }</w:t>
        <w:br/>
        <w:t>}</w:t>
        <w:br/>
        <w:t>```</w:t>
      </w:r>
    </w:p>
    <w:p>
      <w:pPr>
        <w:pStyle w:val="Heading1"/>
      </w:pPr>
      <w:r>
        <w:t>3. Database connections suddenly get exhausted during peak traffic. What could cause this?</w:t>
      </w:r>
    </w:p>
    <w:p>
      <w:r>
        <w:t>Leaked connections, pool size too small, long-running transactions, connection not closed in finally block.</w:t>
        <w:br/>
        <w:t>Example: Proper try-with-resources.</w:t>
        <w:br/>
        <w:t>```java</w:t>
        <w:br/>
        <w:t>try (Connection conn = dataSource.getConnection();</w:t>
        <w:br/>
        <w:t xml:space="preserve">     PreparedStatement stmt = conn.prepareStatement("SELECT * FROM users WHERE id = ?")) {</w:t>
        <w:br/>
        <w:t xml:space="preserve">    stmt.setLong(1, id);</w:t>
        <w:br/>
        <w:t xml:space="preserve">    ResultSet rs = stmt.executeQuery();</w:t>
        <w:br/>
        <w:t>} // auto-close</w:t>
        <w:br/>
        <w:t>```</w:t>
      </w:r>
    </w:p>
    <w:p>
      <w:pPr>
        <w:pStyle w:val="Heading1"/>
      </w:pPr>
      <w:r>
        <w:t>4. Autoscaling creates more pods, but response time still keeps increasing.</w:t>
      </w:r>
    </w:p>
    <w:p>
      <w:r>
        <w:t>Root cause often downstream dependency or shared resource like DB. Adding pods doesn't help if DB is bottleneck.</w:t>
        <w:br/>
        <w:t>Check DB CPU, lock contention, connection pool.</w:t>
      </w:r>
    </w:p>
    <w:p>
      <w:pPr>
        <w:pStyle w:val="Heading1"/>
      </w:pPr>
      <w:r>
        <w:t>5. Retry logic starts creating duplicate payment transactions during failures.</w:t>
      </w:r>
    </w:p>
    <w:p>
      <w:r>
        <w:t>Idempotency key missing. Use idempotency token in DB or Redis.</w:t>
        <w:br/>
        <w:t>```java</w:t>
        <w:br/>
        <w:t>@Transactional</w:t>
        <w:br/>
        <w:t>public PaymentResult processPayment(PaymentRequest req) {</w:t>
        <w:br/>
        <w:t xml:space="preserve">    if (paymentRepository.existsByIdempotencyKey(req.getIdempotencyKey())) {</w:t>
        <w:br/>
        <w:t xml:space="preserve">        return paymentRepository.findByIdempotencyKey(req.getIdempotencyKey());</w:t>
        <w:br/>
        <w:t xml:space="preserve">    }</w:t>
        <w:br/>
        <w:t xml:space="preserve">    Payment p = new Payment(req);</w:t>
        <w:br/>
        <w:t xml:space="preserve">    return paymentRepository.save(p);</w:t>
        <w:br/>
        <w:t>}</w:t>
        <w:br/>
        <w:t>```</w:t>
      </w:r>
    </w:p>
    <w:p>
      <w:pPr>
        <w:pStyle w:val="Heading1"/>
      </w:pPr>
      <w:r>
        <w:t>6. A scheduled job suddenly starts executing multiple times after scaling.</w:t>
      </w:r>
    </w:p>
    <w:p>
      <w:r>
        <w:t>Without distributed lock, each pod runs job. Use ShedLock or Quartz with DB lock.</w:t>
        <w:br/>
        <w:t>```java</w:t>
        <w:br/>
        <w:t>@Scheduled(cron = "0 0 2 * * *")</w:t>
        <w:br/>
        <w:t>@SchedulerLock(name = "dailyReport", lockAtMostFor = "10m")</w:t>
        <w:br/>
        <w:t>public void generateReport() { ... }</w:t>
        <w:br/>
        <w:t>```</w:t>
      </w:r>
    </w:p>
    <w:p>
      <w:pPr>
        <w:pStyle w:val="Heading1"/>
      </w:pPr>
      <w:r>
        <w:t>7. One slow downstream service starts affecting the entire platform.</w:t>
      </w:r>
    </w:p>
    <w:p>
      <w:r>
        <w:t>Thread pool exhaustion or blocking calls. Use circuit breaker + timeout + bulkhead.</w:t>
        <w:br/>
        <w:t>```java</w:t>
        <w:br/>
        <w:t>@CircuitBreaker(name = "paymentService", fallbackMethod = "fallback")</w:t>
        <w:br/>
        <w:t>public Mono&lt;Payment&gt; callPayment() {</w:t>
        <w:br/>
        <w:t xml:space="preserve">    return webClient.get().uri("/pay").timeout(Duration.ofSeconds(2)).retrieve().bodyToMono(Payment.class);</w:t>
        <w:br/>
        <w:t>}</w:t>
        <w:br/>
        <w:t>public Mono&lt;Payment&gt; fallback(Throwable t) { return Mono.just(Payment.EMPTY); }</w:t>
        <w:br/>
        <w:t>```</w:t>
      </w:r>
    </w:p>
    <w:p>
      <w:pPr>
        <w:pStyle w:val="Heading1"/>
      </w:pPr>
      <w:r>
        <w:t>8. APIs randomly return 500 errors, but infrastructure looks healthy.</w:t>
      </w:r>
    </w:p>
    <w:p>
      <w:r>
        <w:t>Check for transient issues: DB connection timeout, thread starvation, GC pause, rate limiting, exception in filter.</w:t>
        <w:br/>
        <w:t>Enable stacktrace logging in dev env.</w:t>
      </w:r>
    </w:p>
    <w:p>
      <w:pPr>
        <w:pStyle w:val="Heading1"/>
      </w:pPr>
      <w:r>
        <w:t>9. Health checks pass, but users still face failures.</w:t>
      </w:r>
    </w:p>
    <w:p>
      <w:r>
        <w:t>Health check may only check container alive, not dependency. Use readiness probe for dependencies.</w:t>
        <w:br/>
        <w:t>```yaml</w:t>
        <w:br/>
        <w:t>readinessProbe:</w:t>
        <w:br/>
        <w:t xml:space="preserve">  httpGet:</w:t>
        <w:br/>
        <w:t xml:space="preserve">    path: /actuator/health/readiness</w:t>
        <w:br/>
        <w:t xml:space="preserve">    port: 8080</w:t>
        <w:br/>
        <w:t>```</w:t>
      </w:r>
    </w:p>
    <w:p>
      <w:pPr>
        <w:pStyle w:val="Heading1"/>
      </w:pPr>
      <w:r>
        <w:t>10. Cache improves performance initially, but later starts returning stale data.</w:t>
      </w:r>
    </w:p>
    <w:p>
      <w:r>
        <w:t>TTL or cache invalidation missing. Use cache-aside pattern with TTL and event-driven invalidation.</w:t>
        <w:br/>
        <w:t>```java</w:t>
        <w:br/>
        <w:t>@Cacheable(value = "user", key = "#id", unless = "#result == null")</w:t>
        <w:br/>
        <w:t>public User getUser(Long id) { return userRepo.findById(id).orElse(null); }</w:t>
        <w:br/>
        <w:br/>
        <w:t>@CacheEvict(value = "user", key = "#user.id")</w:t>
        <w:br/>
        <w:t>public void updateUser(User user) { userRepo.save(user); }</w:t>
        <w:br/>
        <w:t>```</w:t>
      </w:r>
    </w:p>
    <w:p>
      <w:pPr>
        <w:pStyle w:val="Heading1"/>
      </w:pPr>
      <w:r>
        <w:t>11. Logs exist everywhere, but debugging across services is still difficult.</w:t>
      </w:r>
    </w:p>
    <w:p>
      <w:r>
        <w:t>Missing distributed tracing. Use OpenTelemetry + traceId propagation.</w:t>
        <w:br/>
        <w:t>```java</w:t>
        <w:br/>
        <w:t>@GetMapping("/order")</w:t>
        <w:br/>
        <w:t>public Order getOrder(@RequestHeader("traceparent") String traceId) {</w:t>
        <w:br/>
        <w:t xml:space="preserve">    log.info("Processing order with traceId={}", traceId);</w:t>
        <w:br/>
        <w:t xml:space="preserve">    return orderService.get(traceId);</w:t>
        <w:br/>
        <w:t>}</w:t>
        <w:br/>
        <w:t>```</w:t>
      </w:r>
    </w:p>
    <w:p>
      <w:pPr>
        <w:pStyle w:val="Heading1"/>
      </w:pPr>
      <w:r>
        <w:t>12. JVM memory usage slowly increases after every deployment.</w:t>
      </w:r>
    </w:p>
    <w:p>
      <w:r>
        <w:t>Memory leak: static collections, ThreadLocal not cleared, non-closed resources.</w:t>
        <w:br/>
        <w:t>Use heap dump and MAT to analyze.</w:t>
      </w:r>
    </w:p>
    <w:p>
      <w:pPr>
        <w:pStyle w:val="Heading1"/>
      </w:pPr>
      <w:r>
        <w:t>13. APIs work in staging but fail behind the production gateway.</w:t>
      </w:r>
    </w:p>
    <w:p>
      <w:r>
        <w:t>Gateway timeout, CORS, header size limit, TLS version, IP allowlist. Check gateway logs and timeout config.</w:t>
      </w:r>
    </w:p>
    <w:p>
      <w:pPr>
        <w:pStyle w:val="Heading1"/>
      </w:pPr>
      <w:r>
        <w:t>14. Thread pools become exhausted even though CPU usage is stable.</w:t>
      </w:r>
    </w:p>
    <w:p>
      <w:r>
        <w:t>Blocking IO in thread pool. Use async/reactive or dedicated thread pool for blocking tasks.</w:t>
        <w:br/>
        <w:t>```java</w:t>
        <w:br/>
        <w:t>ExecutorService blockingPool = Executors.newFixedThreadPool(50, new VirtualThreadFactory());</w:t>
        <w:br/>
        <w:t>CompletableFuture.runAsync(() -&gt; blockingCall(), blockingPool);</w:t>
        <w:br/>
        <w:t>```</w:t>
      </w:r>
    </w:p>
    <w:p>
      <w:pPr>
        <w:pStyle w:val="Heading1"/>
      </w:pPr>
      <w:r>
        <w:t>15. Circuit breakers are configured, but cascading failures still happen.</w:t>
      </w:r>
    </w:p>
    <w:p>
      <w:r>
        <w:t>Circuit breaker threshold too high, fallback not implemented, or bulkhead missing. Combine with timeout and retry with backoff.</w:t>
        <w:br/>
        <w:t>```java</w:t>
        <w:br/>
        <w:t>@Retry(name = "payment", fallbackMethod = "fallback")</w:t>
        <w:br/>
        <w:t>@TimeLimiter(name = "payment")</w:t>
        <w:br/>
        <w:t>public CompletableFuture&lt;Payment&gt; callPayment() { ... }</w:t>
        <w:br/>
        <w:t>```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